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E74BB" w14:textId="77777777" w:rsidR="00C26781" w:rsidRDefault="00000000">
      <w:pPr>
        <w:spacing w:after="40" w:line="240" w:lineRule="auto"/>
        <w:jc w:val="center"/>
      </w:pPr>
      <w:r>
        <w:rPr>
          <w:b/>
          <w:color w:val="17365D"/>
          <w:sz w:val="36"/>
        </w:rPr>
        <w:t>TEXAS POLICE TRAINERS</w:t>
      </w:r>
    </w:p>
    <w:p w14:paraId="0841087F" w14:textId="77777777" w:rsidR="00C26781" w:rsidRDefault="00000000">
      <w:pPr>
        <w:spacing w:after="60" w:line="240" w:lineRule="auto"/>
        <w:jc w:val="center"/>
      </w:pPr>
      <w:r>
        <w:rPr>
          <w:b/>
          <w:color w:val="B21E35"/>
          <w:sz w:val="30"/>
        </w:rPr>
        <w:t>PROFESSIONAL DEVELOPMENT PLANNING QUESTIONNAIRE</w:t>
      </w:r>
    </w:p>
    <w:p w14:paraId="41EFAC74" w14:textId="77777777" w:rsidR="00C26781" w:rsidRDefault="00000000">
      <w:pPr>
        <w:spacing w:line="240" w:lineRule="auto"/>
        <w:jc w:val="center"/>
      </w:pPr>
      <w:r>
        <w:rPr>
          <w:b/>
          <w:color w:val="666666"/>
          <w:sz w:val="19"/>
        </w:rPr>
        <w:t>Intentional Training • Purposeful Growth • Continuous Learning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68105290" w14:textId="77777777">
        <w:trPr>
          <w:jc w:val="center"/>
        </w:trPr>
        <w:tc>
          <w:tcPr>
            <w:tcW w:w="10368" w:type="dxa"/>
            <w:tcBorders>
              <w:top w:val="single" w:sz="6" w:space="0" w:color="B9C4CF"/>
              <w:left w:val="single" w:sz="6" w:space="0" w:color="B9C4CF"/>
              <w:bottom w:val="single" w:sz="6" w:space="0" w:color="B9C4CF"/>
              <w:right w:val="single" w:sz="6" w:space="0" w:color="B9C4CF"/>
            </w:tcBorders>
            <w:shd w:val="clear" w:color="auto" w:fill="EEF2F6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2B7C073" w14:textId="77777777" w:rsidR="00C26781" w:rsidRPr="00821934" w:rsidRDefault="00000000">
            <w:pPr>
              <w:spacing w:after="8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Purpose of this questionnaire</w:t>
            </w:r>
          </w:p>
          <w:p w14:paraId="7E5EBB3D" w14:textId="1B7402D1" w:rsidR="00C26781" w:rsidRDefault="00000000">
            <w:pPr>
              <w:spacing w:after="60" w:line="240" w:lineRule="auto"/>
              <w:rPr>
                <w:color w:val="222222"/>
                <w:sz w:val="24"/>
                <w:szCs w:val="24"/>
              </w:rPr>
            </w:pPr>
            <w:r w:rsidRPr="00821934">
              <w:rPr>
                <w:color w:val="222222"/>
                <w:sz w:val="24"/>
                <w:szCs w:val="24"/>
              </w:rPr>
              <w:t>This questionnaire helps Texas Police Trainers understand your current assignment, professional-development history, training needs, career goals, learning preferences, and barriers before your consultation. Your responses, together with the TCOLE PSR  will be used to prepare for a more focused planning conversation.</w:t>
            </w:r>
          </w:p>
          <w:p w14:paraId="03FE4A1B" w14:textId="77777777" w:rsidR="00821934" w:rsidRPr="00821934" w:rsidRDefault="00821934">
            <w:pPr>
              <w:spacing w:after="60" w:line="240" w:lineRule="auto"/>
              <w:rPr>
                <w:sz w:val="24"/>
                <w:szCs w:val="24"/>
              </w:rPr>
            </w:pPr>
          </w:p>
          <w:p w14:paraId="13420D99" w14:textId="77777777" w:rsidR="00C26781" w:rsidRDefault="00000000">
            <w:pPr>
              <w:spacing w:after="0" w:line="240" w:lineRule="auto"/>
            </w:pPr>
            <w:r w:rsidRPr="00821934">
              <w:rPr>
                <w:i/>
                <w:color w:val="666666"/>
                <w:sz w:val="24"/>
                <w:szCs w:val="24"/>
              </w:rPr>
              <w:t>Please answer as completely as possible. There are no “right” answers—the goal is to create a development plan that fits your needs.</w:t>
            </w:r>
          </w:p>
        </w:tc>
      </w:tr>
    </w:tbl>
    <w:p w14:paraId="553C500D" w14:textId="77777777" w:rsidR="00C26781" w:rsidRDefault="00C26781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4968619E" w14:textId="77777777">
        <w:trPr>
          <w:jc w:val="center"/>
        </w:trPr>
        <w:tc>
          <w:tcPr>
            <w:tcW w:w="10368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5D7F897" w14:textId="77777777" w:rsidR="00C26781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1. Participant Profile</w:t>
            </w:r>
          </w:p>
        </w:tc>
      </w:tr>
    </w:tbl>
    <w:p w14:paraId="4475BD0B" w14:textId="77777777" w:rsidR="00C26781" w:rsidRDefault="00C26781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C26781" w:rsidRPr="0009750D" w14:paraId="60E2C059" w14:textId="77777777">
        <w:trPr>
          <w:jc w:val="center"/>
        </w:trPr>
        <w:tc>
          <w:tcPr>
            <w:tcW w:w="504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E2363F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Full Name</w:t>
            </w:r>
          </w:p>
          <w:p w14:paraId="4847F444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ULL_NAME"/>
                <w:tag w:val="FULL_NAME"/>
                <w:id w:val="-2081281963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72A568" w14:textId="3BD55B79" w:rsidR="00C26781" w:rsidRPr="0009750D" w:rsidRDefault="00821934">
            <w:pPr>
              <w:spacing w:after="40" w:line="240" w:lineRule="auto"/>
              <w:rPr>
                <w:sz w:val="24"/>
                <w:szCs w:val="24"/>
              </w:rPr>
            </w:pPr>
            <w:r>
              <w:rPr>
                <w:b/>
                <w:color w:val="17365D"/>
                <w:sz w:val="24"/>
                <w:szCs w:val="24"/>
              </w:rPr>
              <w:t>TCOLE PID #</w:t>
            </w:r>
          </w:p>
          <w:p w14:paraId="48402BF2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REFERRED_NAME"/>
                <w:tag w:val="PREFERRED_NAME"/>
                <w:id w:val="-2117975908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5F836514" w14:textId="77777777">
        <w:trPr>
          <w:jc w:val="center"/>
        </w:trPr>
        <w:tc>
          <w:tcPr>
            <w:tcW w:w="504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FA0393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Agency / Organization</w:t>
            </w:r>
          </w:p>
          <w:p w14:paraId="1368182A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AGENCY"/>
                <w:tag w:val="AGENCY"/>
                <w:id w:val="-107585544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73BD2E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Current Rank / Title</w:t>
            </w:r>
          </w:p>
          <w:p w14:paraId="422D50D9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RANK_TITLE"/>
                <w:tag w:val="RANK_TITLE"/>
                <w:id w:val="-142746116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01164638" w14:textId="77777777">
        <w:trPr>
          <w:jc w:val="center"/>
        </w:trPr>
        <w:tc>
          <w:tcPr>
            <w:tcW w:w="504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C99EB6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Current Assignment / Unit</w:t>
            </w:r>
          </w:p>
          <w:p w14:paraId="27DA7BEB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URRENT_ASSIGNMENT"/>
                <w:tag w:val="CURRENT_ASSIGNMENT"/>
                <w:id w:val="2053967139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D0AB02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Years in Public Safety / Law Enforcement</w:t>
            </w:r>
          </w:p>
          <w:p w14:paraId="773D2DE3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YEARS_SERVICE"/>
                <w:tag w:val="YEARS_SERVICE"/>
                <w:id w:val="1157964176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51636A9B" w14:textId="77777777">
        <w:trPr>
          <w:jc w:val="center"/>
        </w:trPr>
        <w:tc>
          <w:tcPr>
            <w:tcW w:w="504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90836C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Email</w:t>
            </w:r>
          </w:p>
          <w:p w14:paraId="190E9F1A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EMAIL"/>
                <w:tag w:val="EMAIL"/>
                <w:id w:val="-392888063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FA77B8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Phone</w:t>
            </w:r>
          </w:p>
          <w:p w14:paraId="03CFAE6E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HONE"/>
                <w:tag w:val="PHONE"/>
                <w:id w:val="-896969421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</w:tbl>
    <w:p w14:paraId="6DFDA26F" w14:textId="77777777" w:rsidR="00C26781" w:rsidRPr="0009750D" w:rsidRDefault="00000000">
      <w:pPr>
        <w:spacing w:before="120" w:after="6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TCOLE license / role (check all that apply):</w:t>
      </w:r>
    </w:p>
    <w:tbl>
      <w:tblPr>
        <w:tblW w:w="10476" w:type="dxa"/>
        <w:jc w:val="center"/>
        <w:tblLayout w:type="fixed"/>
        <w:tblLook w:val="04A0" w:firstRow="1" w:lastRow="0" w:firstColumn="1" w:lastColumn="0" w:noHBand="0" w:noVBand="1"/>
      </w:tblPr>
      <w:tblGrid>
        <w:gridCol w:w="2619"/>
        <w:gridCol w:w="2619"/>
        <w:gridCol w:w="2619"/>
        <w:gridCol w:w="2619"/>
      </w:tblGrid>
      <w:tr w:rsidR="00C26781" w:rsidRPr="0009750D" w14:paraId="07535B40" w14:textId="77777777" w:rsidTr="007B7A88">
        <w:trPr>
          <w:trHeight w:val="606"/>
          <w:jc w:val="center"/>
        </w:trPr>
        <w:tc>
          <w:tcPr>
            <w:tcW w:w="261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64D6C45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ROLE_PEACE_OFFICER"/>
                <w:tag w:val="ROLE_PEACE_OFFICER"/>
                <w:id w:val="-53607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Peace Officer</w:t>
            </w:r>
          </w:p>
        </w:tc>
        <w:tc>
          <w:tcPr>
            <w:tcW w:w="261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33F54ED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ROLE_JAILER"/>
                <w:tag w:val="ROLE_JAILER"/>
                <w:id w:val="78899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County Jailer</w:t>
            </w:r>
          </w:p>
        </w:tc>
        <w:tc>
          <w:tcPr>
            <w:tcW w:w="261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FA9FB56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ROLE_TELECOMM"/>
                <w:tag w:val="ROLE_TELECOMM"/>
                <w:id w:val="86635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Telecommunicator</w:t>
            </w:r>
          </w:p>
        </w:tc>
        <w:tc>
          <w:tcPr>
            <w:tcW w:w="261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71BFA04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ROLE_OTHER"/>
                <w:tag w:val="ROLE_OTHER"/>
                <w:id w:val="-177553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Other / Civilian</w:t>
            </w:r>
          </w:p>
        </w:tc>
      </w:tr>
    </w:tbl>
    <w:p w14:paraId="4B58C975" w14:textId="66EA63A2" w:rsidR="00C26781" w:rsidRDefault="00C2678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7A0659C9" w14:textId="77777777">
        <w:trPr>
          <w:jc w:val="center"/>
        </w:trPr>
        <w:tc>
          <w:tcPr>
            <w:tcW w:w="10368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2835773B" w14:textId="77777777" w:rsidR="00C26781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2. Current Role &amp; Development Needs</w:t>
            </w:r>
          </w:p>
          <w:p w14:paraId="262BD13A" w14:textId="77777777" w:rsidR="00C26781" w:rsidRDefault="00000000">
            <w:pPr>
              <w:spacing w:after="0" w:line="240" w:lineRule="auto"/>
            </w:pPr>
            <w:r>
              <w:rPr>
                <w:i/>
                <w:color w:val="E7EDF4"/>
                <w:sz w:val="17"/>
              </w:rPr>
              <w:t>Think about what would help you perform your current job more effectively—not only what is required for compliance.</w:t>
            </w:r>
          </w:p>
        </w:tc>
      </w:tr>
    </w:tbl>
    <w:p w14:paraId="60AF6B4E" w14:textId="77777777" w:rsidR="00C26781" w:rsidRDefault="00C26781">
      <w:pPr>
        <w:spacing w:after="0"/>
      </w:pPr>
    </w:p>
    <w:p w14:paraId="44B46FC5" w14:textId="77777777" w:rsidR="00C26781" w:rsidRPr="0009750D" w:rsidRDefault="00000000">
      <w:pPr>
        <w:spacing w:before="40"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What are your primary duties and responsibilities in your current assignment?</w:t>
      </w:r>
    </w:p>
    <w:p w14:paraId="5930A9A3" w14:textId="77777777" w:rsidR="00C26781" w:rsidRPr="0009750D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PRIMARY_DUTIES"/>
          <w:tag w:val="PRIMARY_DUTIES"/>
          <w:id w:val="25754758"/>
          <w:text/>
        </w:sdtPr>
        <w:sdtContent>
          <w:r w:rsidRPr="0009750D">
            <w:rPr>
              <w:color w:val="666666"/>
              <w:sz w:val="24"/>
              <w:szCs w:val="24"/>
            </w:rPr>
            <w:t>Type here...</w:t>
          </w:r>
        </w:sdtContent>
      </w:sdt>
    </w:p>
    <w:p w14:paraId="3AE8C096" w14:textId="77777777" w:rsidR="00C26781" w:rsidRPr="0009750D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0E310353" w14:textId="77777777" w:rsidR="00C26781" w:rsidRPr="0009750D" w:rsidRDefault="00000000">
      <w:pPr>
        <w:spacing w:before="40"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What parts of your current job are most challenging or require the most judgment, skill, or confidence?</w:t>
      </w:r>
    </w:p>
    <w:p w14:paraId="09594FE9" w14:textId="77777777" w:rsidR="00C26781" w:rsidRPr="0009750D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CURRENT_CHALLENGES"/>
          <w:tag w:val="CURRENT_CHALLENGES"/>
          <w:id w:val="498864981"/>
          <w:text/>
        </w:sdtPr>
        <w:sdtContent>
          <w:r w:rsidRPr="0009750D">
            <w:rPr>
              <w:color w:val="666666"/>
              <w:sz w:val="24"/>
              <w:szCs w:val="24"/>
            </w:rPr>
            <w:t>Type here...</w:t>
          </w:r>
        </w:sdtContent>
      </w:sdt>
    </w:p>
    <w:p w14:paraId="425B5F6F" w14:textId="77777777" w:rsidR="00C26781" w:rsidRPr="0009750D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4668EB3B" w14:textId="77777777" w:rsidR="00C26781" w:rsidRPr="0009750D" w:rsidRDefault="00000000">
      <w:pPr>
        <w:spacing w:before="40"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lastRenderedPageBreak/>
        <w:t>Are there skills, knowledge areas, or responsibilities you want to strengthen in the next 3–6 months?</w:t>
      </w:r>
    </w:p>
    <w:p w14:paraId="42152255" w14:textId="77777777" w:rsidR="00C26781" w:rsidRPr="0009750D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SHORT_TERM_NEEDS"/>
          <w:tag w:val="SHORT_TERM_NEEDS"/>
          <w:id w:val="-289755185"/>
          <w:text/>
        </w:sdtPr>
        <w:sdtContent>
          <w:r w:rsidRPr="0009750D">
            <w:rPr>
              <w:color w:val="666666"/>
              <w:sz w:val="24"/>
              <w:szCs w:val="24"/>
            </w:rPr>
            <w:t>Type here...</w:t>
          </w:r>
        </w:sdtContent>
      </w:sdt>
    </w:p>
    <w:p w14:paraId="3FD2DFEF" w14:textId="77777777" w:rsidR="00C26781" w:rsidRDefault="00C26781">
      <w:pPr>
        <w:pBdr>
          <w:bottom w:val="single" w:sz="4" w:space="1" w:color="B9C4CF"/>
        </w:pBd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61D6BDD5" w14:textId="77777777">
        <w:trPr>
          <w:jc w:val="center"/>
        </w:trPr>
        <w:tc>
          <w:tcPr>
            <w:tcW w:w="10368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7E5B17D" w14:textId="77777777" w:rsidR="00C26781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3. Professional Goals &amp; Direction</w:t>
            </w:r>
          </w:p>
        </w:tc>
      </w:tr>
    </w:tbl>
    <w:p w14:paraId="063D81C7" w14:textId="77777777" w:rsidR="00C26781" w:rsidRDefault="00C26781">
      <w:pPr>
        <w:spacing w:after="0"/>
      </w:pPr>
    </w:p>
    <w:p w14:paraId="00A86A44" w14:textId="77777777" w:rsidR="00C26781" w:rsidRPr="0009750D" w:rsidRDefault="00000000">
      <w:pPr>
        <w:spacing w:before="40"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What are your top professional goals for the next 12 months?</w:t>
      </w:r>
    </w:p>
    <w:p w14:paraId="5801644E" w14:textId="77777777" w:rsidR="00C26781" w:rsidRPr="0009750D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GOALS_12_MONTHS"/>
          <w:tag w:val="GOALS_12_MONTHS"/>
          <w:id w:val="188648243"/>
          <w:text/>
        </w:sdtPr>
        <w:sdtContent>
          <w:r w:rsidRPr="0009750D">
            <w:rPr>
              <w:color w:val="666666"/>
              <w:sz w:val="24"/>
              <w:szCs w:val="24"/>
            </w:rPr>
            <w:t>Type here...</w:t>
          </w:r>
        </w:sdtContent>
      </w:sdt>
    </w:p>
    <w:p w14:paraId="4871E79E" w14:textId="77777777" w:rsidR="00C26781" w:rsidRPr="0009750D" w:rsidRDefault="00C26781">
      <w:pPr>
        <w:spacing w:after="0" w:line="240" w:lineRule="auto"/>
        <w:rPr>
          <w:sz w:val="24"/>
          <w:szCs w:val="24"/>
        </w:rPr>
      </w:pPr>
    </w:p>
    <w:p w14:paraId="54CF7130" w14:textId="77777777" w:rsidR="00C26781" w:rsidRPr="0009750D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353621A5" w14:textId="77777777" w:rsidR="00C26781" w:rsidRPr="0009750D" w:rsidRDefault="00000000">
      <w:pPr>
        <w:spacing w:before="40"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Where would you like your career or professional responsibilities to be in the next 3–5 years?</w:t>
      </w:r>
    </w:p>
    <w:p w14:paraId="78B57D4C" w14:textId="77777777" w:rsidR="00C26781" w:rsidRPr="0009750D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GOALS_3_5_YEARS"/>
          <w:tag w:val="GOALS_3_5_YEARS"/>
          <w:id w:val="-1856801870"/>
          <w:text/>
        </w:sdtPr>
        <w:sdtContent>
          <w:r w:rsidRPr="0009750D">
            <w:rPr>
              <w:color w:val="666666"/>
              <w:sz w:val="24"/>
              <w:szCs w:val="24"/>
            </w:rPr>
            <w:t>Type here...</w:t>
          </w:r>
        </w:sdtContent>
      </w:sdt>
    </w:p>
    <w:p w14:paraId="6594BBF3" w14:textId="77777777" w:rsidR="00C26781" w:rsidRPr="0009750D" w:rsidRDefault="00C26781">
      <w:pPr>
        <w:spacing w:after="0" w:line="240" w:lineRule="auto"/>
        <w:rPr>
          <w:sz w:val="24"/>
          <w:szCs w:val="24"/>
        </w:rPr>
      </w:pPr>
    </w:p>
    <w:p w14:paraId="15FB567C" w14:textId="77777777" w:rsidR="00C26781" w:rsidRPr="0009750D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66319A87" w14:textId="77777777" w:rsidR="00C26781" w:rsidRPr="0009750D" w:rsidRDefault="00000000">
      <w:pPr>
        <w:spacing w:before="40"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Are you preparing for a promotion, new assignment, specialty, instructor role, leadership responsibility, or certification? If yes, describe it.</w:t>
      </w:r>
    </w:p>
    <w:p w14:paraId="180211D3" w14:textId="77777777" w:rsidR="00C26781" w:rsidRPr="0009750D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TARGET_ROLE"/>
          <w:tag w:val="TARGET_ROLE"/>
          <w:id w:val="-787267158"/>
          <w:text/>
        </w:sdtPr>
        <w:sdtContent>
          <w:r w:rsidRPr="0009750D">
            <w:rPr>
              <w:color w:val="666666"/>
              <w:sz w:val="24"/>
              <w:szCs w:val="24"/>
            </w:rPr>
            <w:t>Type here...</w:t>
          </w:r>
        </w:sdtContent>
      </w:sdt>
    </w:p>
    <w:p w14:paraId="22728AE5" w14:textId="77777777" w:rsidR="00C26781" w:rsidRPr="0009750D" w:rsidRDefault="00C26781">
      <w:pPr>
        <w:spacing w:after="0" w:line="240" w:lineRule="auto"/>
        <w:rPr>
          <w:sz w:val="24"/>
          <w:szCs w:val="24"/>
        </w:rPr>
      </w:pPr>
    </w:p>
    <w:p w14:paraId="1F47325C" w14:textId="77777777" w:rsidR="00C26781" w:rsidRPr="0009750D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0963AB9F" w14:textId="77777777" w:rsidR="00C26781" w:rsidRPr="0009750D" w:rsidRDefault="00000000">
      <w:pPr>
        <w:spacing w:before="40"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What professional accomplishment would make the next year feel successful to you?</w:t>
      </w:r>
    </w:p>
    <w:p w14:paraId="4FBBAF14" w14:textId="77777777" w:rsidR="00C26781" w:rsidRPr="0009750D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SUCCESS_DEFINITION"/>
          <w:tag w:val="SUCCESS_DEFINITION"/>
          <w:id w:val="1547412505"/>
          <w:text/>
        </w:sdtPr>
        <w:sdtContent>
          <w:r w:rsidRPr="0009750D">
            <w:rPr>
              <w:color w:val="666666"/>
              <w:sz w:val="24"/>
              <w:szCs w:val="24"/>
            </w:rPr>
            <w:t>Type here...</w:t>
          </w:r>
        </w:sdtContent>
      </w:sdt>
    </w:p>
    <w:p w14:paraId="6E387492" w14:textId="77777777" w:rsidR="00C26781" w:rsidRDefault="00C26781">
      <w:pPr>
        <w:pBdr>
          <w:bottom w:val="single" w:sz="4" w:space="1" w:color="B9C4CF"/>
        </w:pBdr>
        <w:spacing w:after="80" w:line="240" w:lineRule="auto"/>
      </w:pPr>
    </w:p>
    <w:p w14:paraId="06DCEADF" w14:textId="48FD2015" w:rsidR="00C26781" w:rsidRDefault="00C2678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4408E854" w14:textId="77777777">
        <w:trPr>
          <w:jc w:val="center"/>
        </w:trPr>
        <w:tc>
          <w:tcPr>
            <w:tcW w:w="10368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642B1ACB" w14:textId="77777777" w:rsidR="00C26781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4. Training &amp; Development Priorities</w:t>
            </w:r>
          </w:p>
          <w:p w14:paraId="64AFB6E9" w14:textId="77777777" w:rsidR="00C26781" w:rsidRDefault="00000000">
            <w:pPr>
              <w:spacing w:after="0" w:line="240" w:lineRule="auto"/>
            </w:pPr>
            <w:r>
              <w:rPr>
                <w:i/>
                <w:color w:val="E7EDF4"/>
                <w:sz w:val="17"/>
              </w:rPr>
              <w:t>Check every area that is relevant, then identify your top five priorities below.</w:t>
            </w:r>
          </w:p>
        </w:tc>
      </w:tr>
    </w:tbl>
    <w:p w14:paraId="24C5B6A2" w14:textId="77777777" w:rsidR="00C26781" w:rsidRDefault="00C26781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C26781" w:rsidRPr="0009750D" w14:paraId="7136B8B6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FFC2FB4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LEADERSHIP"/>
                <w:tag w:val="P_LEADERSHIP"/>
                <w:id w:val="77919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Leadership / Supervision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8BEF7D7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INVESTIGATIONS"/>
                <w:tag w:val="P_INVESTIGATIONS"/>
                <w:id w:val="-51930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Investigations / Case Management</w:t>
            </w:r>
          </w:p>
        </w:tc>
      </w:tr>
      <w:tr w:rsidR="00C26781" w:rsidRPr="0009750D" w14:paraId="2555B595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B591481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PATROL"/>
                <w:tag w:val="P_PATROL"/>
                <w:id w:val="-115925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Patrol Operations / Decision-Making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3747268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LEGAL"/>
                <w:tag w:val="P_LEGAL"/>
                <w:id w:val="81983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Legal Updates / Legislative Changes</w:t>
            </w:r>
          </w:p>
        </w:tc>
      </w:tr>
      <w:tr w:rsidR="00C26781" w:rsidRPr="0009750D" w14:paraId="4289022D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23D8A3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DEESC"/>
                <w:tag w:val="P_DEESC"/>
                <w:id w:val="373520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De-escalation / Mental Health Response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E3AD84E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REPORT"/>
                <w:tag w:val="P_REPORT"/>
                <w:id w:val="665915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Report Writing / Documentation</w:t>
            </w:r>
          </w:p>
        </w:tc>
      </w:tr>
      <w:tr w:rsidR="00C26781" w:rsidRPr="0009750D" w14:paraId="13A46E7B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254A06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INSTRUCTOR"/>
                <w:tag w:val="P_INSTRUCTOR"/>
                <w:id w:val="1890228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Instructor Development / Presentation Skills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957B35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CYBER"/>
                <w:tag w:val="P_CYBER"/>
                <w:id w:val="522917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Cybercrime / Digital Evidence</w:t>
            </w:r>
          </w:p>
        </w:tc>
      </w:tr>
      <w:tr w:rsidR="00C26781" w:rsidRPr="0009750D" w14:paraId="7A59CEA3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62F3070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CSI"/>
                <w:tag w:val="P_CSI"/>
                <w:id w:val="138814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Crime Scene / Forensics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6204A9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CHILD"/>
                <w:tag w:val="P_CHILD"/>
                <w:id w:val="88573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Child Abuse / Family Violence / Sexual Assault</w:t>
            </w:r>
          </w:p>
        </w:tc>
      </w:tr>
      <w:tr w:rsidR="00C26781" w:rsidRPr="0009750D" w14:paraId="31476669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2593E2C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HT"/>
                <w:tag w:val="P_HT"/>
                <w:id w:val="-68025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Human Trafficking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B2FAAC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SCHOOL"/>
                <w:tag w:val="P_SCHOOL"/>
                <w:id w:val="-31430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School-Based Policing / Campus Safety</w:t>
            </w:r>
          </w:p>
        </w:tc>
      </w:tr>
      <w:tr w:rsidR="00C26781" w:rsidRPr="0009750D" w14:paraId="2FE67EFC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B30A064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TELECOMM"/>
                <w:tag w:val="P_TELECOMM"/>
                <w:id w:val="182709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Telecommunicator Development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385D26D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WELLNESS"/>
                <w:tag w:val="P_WELLNESS"/>
                <w:id w:val="485997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Wellness / Resilience / Stress Management</w:t>
            </w:r>
          </w:p>
        </w:tc>
      </w:tr>
      <w:tr w:rsidR="00C26781" w:rsidRPr="0009750D" w14:paraId="1FEC49CB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8A245CA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PIO"/>
                <w:tag w:val="P_PIO"/>
                <w:id w:val="136556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Public Information / Community Engagement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45C31B8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MANAGEMENT"/>
                <w:tag w:val="P_MANAGEMENT"/>
                <w:id w:val="-33959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Management / Administration / Policy</w:t>
            </w:r>
          </w:p>
        </w:tc>
      </w:tr>
      <w:tr w:rsidR="00C26781" w:rsidRPr="0009750D" w14:paraId="072F6F9E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6D7C471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TECH"/>
                <w:tag w:val="P_TECH"/>
                <w:id w:val="1030813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Technology / AI / Digital Productivity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E97F8C4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EMERGENCY"/>
                <w:tag w:val="P_EMERGENCY"/>
                <w:id w:val="183340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Emergency Management / Incident Command</w:t>
            </w:r>
          </w:p>
        </w:tc>
      </w:tr>
      <w:tr w:rsidR="00C26781" w:rsidRPr="0009750D" w14:paraId="031B3B8C" w14:textId="77777777">
        <w:trPr>
          <w:jc w:val="center"/>
        </w:trPr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D9AFE7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_OTHER"/>
                <w:tag w:val="P_OTHER"/>
                <w:id w:val="189605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Other</w:t>
            </w:r>
          </w:p>
        </w:tc>
        <w:tc>
          <w:tcPr>
            <w:tcW w:w="5184" w:type="dxa"/>
            <w:tcBorders>
              <w:top w:val="single" w:sz="2" w:space="0" w:color="D9E0E7"/>
              <w:left w:val="single" w:sz="2" w:space="0" w:color="D9E0E7"/>
              <w:bottom w:val="single" w:sz="2" w:space="0" w:color="D9E0E7"/>
              <w:right w:val="single" w:sz="2" w:space="0" w:color="D9E0E7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73E10E6" w14:textId="77777777" w:rsidR="00C26781" w:rsidRPr="0009750D" w:rsidRDefault="00C26781">
            <w:pPr>
              <w:rPr>
                <w:sz w:val="24"/>
                <w:szCs w:val="24"/>
              </w:rPr>
            </w:pPr>
          </w:p>
        </w:tc>
      </w:tr>
    </w:tbl>
    <w:p w14:paraId="046F0110" w14:textId="77777777" w:rsidR="00821934" w:rsidRDefault="00821934">
      <w:pPr>
        <w:spacing w:before="120" w:after="60" w:line="240" w:lineRule="auto"/>
        <w:rPr>
          <w:b/>
          <w:color w:val="17365D"/>
          <w:sz w:val="24"/>
          <w:szCs w:val="24"/>
        </w:rPr>
      </w:pPr>
    </w:p>
    <w:p w14:paraId="5AF26945" w14:textId="77777777" w:rsidR="00821934" w:rsidRDefault="00821934">
      <w:pPr>
        <w:rPr>
          <w:b/>
          <w:color w:val="17365D"/>
          <w:sz w:val="24"/>
          <w:szCs w:val="24"/>
        </w:rPr>
      </w:pPr>
      <w:r>
        <w:rPr>
          <w:b/>
          <w:color w:val="17365D"/>
          <w:sz w:val="24"/>
          <w:szCs w:val="24"/>
        </w:rPr>
        <w:br w:type="page"/>
      </w:r>
    </w:p>
    <w:p w14:paraId="46C8243A" w14:textId="318874B7" w:rsidR="00C26781" w:rsidRPr="0009750D" w:rsidRDefault="00000000">
      <w:pPr>
        <w:spacing w:before="120" w:after="6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Your Top Five Development Priorities</w:t>
      </w:r>
    </w:p>
    <w:tbl>
      <w:tblPr>
        <w:tblW w:w="10517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9797"/>
      </w:tblGrid>
      <w:tr w:rsidR="00C26781" w:rsidRPr="0009750D" w14:paraId="77C2493A" w14:textId="77777777" w:rsidTr="0009750D">
        <w:trPr>
          <w:jc w:val="center"/>
        </w:trPr>
        <w:tc>
          <w:tcPr>
            <w:tcW w:w="72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722B206" w14:textId="77777777" w:rsidR="00C26781" w:rsidRPr="0009750D" w:rsidRDefault="00000000">
            <w:pPr>
              <w:jc w:val="center"/>
              <w:rPr>
                <w:sz w:val="24"/>
                <w:szCs w:val="24"/>
              </w:rPr>
            </w:pPr>
            <w:r w:rsidRPr="0009750D">
              <w:rPr>
                <w:b/>
                <w:color w:val="B21E35"/>
                <w:sz w:val="24"/>
                <w:szCs w:val="24"/>
              </w:rPr>
              <w:t>1</w:t>
            </w:r>
          </w:p>
        </w:tc>
        <w:tc>
          <w:tcPr>
            <w:tcW w:w="9797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9143857" w14:textId="77777777" w:rsidR="00C26781" w:rsidRPr="0009750D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OP_PRIORITY_1"/>
                <w:tag w:val="TOP_PRIORITY_1"/>
                <w:id w:val="-1337464960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213ED9F4" w14:textId="77777777" w:rsidTr="0009750D">
        <w:trPr>
          <w:jc w:val="center"/>
        </w:trPr>
        <w:tc>
          <w:tcPr>
            <w:tcW w:w="72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3803E4A" w14:textId="77777777" w:rsidR="00C26781" w:rsidRPr="0009750D" w:rsidRDefault="00000000">
            <w:pPr>
              <w:jc w:val="center"/>
              <w:rPr>
                <w:sz w:val="24"/>
                <w:szCs w:val="24"/>
              </w:rPr>
            </w:pPr>
            <w:r w:rsidRPr="0009750D">
              <w:rPr>
                <w:b/>
                <w:color w:val="B21E35"/>
                <w:sz w:val="24"/>
                <w:szCs w:val="24"/>
              </w:rPr>
              <w:t>2</w:t>
            </w:r>
          </w:p>
        </w:tc>
        <w:tc>
          <w:tcPr>
            <w:tcW w:w="9797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9E27F6B" w14:textId="77777777" w:rsidR="00C26781" w:rsidRPr="0009750D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OP_PRIORITY_2"/>
                <w:tag w:val="TOP_PRIORITY_2"/>
                <w:id w:val="2064365883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6FC991BD" w14:textId="77777777" w:rsidTr="0009750D">
        <w:trPr>
          <w:jc w:val="center"/>
        </w:trPr>
        <w:tc>
          <w:tcPr>
            <w:tcW w:w="72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33C3452" w14:textId="77777777" w:rsidR="00C26781" w:rsidRPr="0009750D" w:rsidRDefault="00000000">
            <w:pPr>
              <w:jc w:val="center"/>
              <w:rPr>
                <w:sz w:val="24"/>
                <w:szCs w:val="24"/>
              </w:rPr>
            </w:pPr>
            <w:r w:rsidRPr="0009750D">
              <w:rPr>
                <w:b/>
                <w:color w:val="B21E35"/>
                <w:sz w:val="24"/>
                <w:szCs w:val="24"/>
              </w:rPr>
              <w:t>3</w:t>
            </w:r>
          </w:p>
        </w:tc>
        <w:tc>
          <w:tcPr>
            <w:tcW w:w="9797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7AFD6A0" w14:textId="77777777" w:rsidR="00C26781" w:rsidRPr="0009750D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OP_PRIORITY_3"/>
                <w:tag w:val="TOP_PRIORITY_3"/>
                <w:id w:val="1667671504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164CD8FE" w14:textId="77777777" w:rsidTr="0009750D">
        <w:trPr>
          <w:jc w:val="center"/>
        </w:trPr>
        <w:tc>
          <w:tcPr>
            <w:tcW w:w="72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22E8F9CC" w14:textId="77777777" w:rsidR="00C26781" w:rsidRPr="0009750D" w:rsidRDefault="00000000">
            <w:pPr>
              <w:jc w:val="center"/>
              <w:rPr>
                <w:sz w:val="24"/>
                <w:szCs w:val="24"/>
              </w:rPr>
            </w:pPr>
            <w:r w:rsidRPr="0009750D">
              <w:rPr>
                <w:b/>
                <w:color w:val="B21E35"/>
                <w:sz w:val="24"/>
                <w:szCs w:val="24"/>
              </w:rPr>
              <w:t>4</w:t>
            </w:r>
          </w:p>
        </w:tc>
        <w:tc>
          <w:tcPr>
            <w:tcW w:w="9797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EC3BD95" w14:textId="77777777" w:rsidR="00C26781" w:rsidRPr="0009750D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OP_PRIORITY_4"/>
                <w:tag w:val="TOP_PRIORITY_4"/>
                <w:id w:val="2051648126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7513A3EA" w14:textId="77777777" w:rsidTr="0009750D">
        <w:trPr>
          <w:jc w:val="center"/>
        </w:trPr>
        <w:tc>
          <w:tcPr>
            <w:tcW w:w="720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D2D5647" w14:textId="77777777" w:rsidR="00C26781" w:rsidRPr="0009750D" w:rsidRDefault="00000000">
            <w:pPr>
              <w:jc w:val="center"/>
              <w:rPr>
                <w:sz w:val="24"/>
                <w:szCs w:val="24"/>
              </w:rPr>
            </w:pPr>
            <w:r w:rsidRPr="0009750D">
              <w:rPr>
                <w:b/>
                <w:color w:val="B21E35"/>
                <w:sz w:val="24"/>
                <w:szCs w:val="24"/>
              </w:rPr>
              <w:t>5</w:t>
            </w:r>
          </w:p>
        </w:tc>
        <w:tc>
          <w:tcPr>
            <w:tcW w:w="9797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F5398A3" w14:textId="77777777" w:rsidR="00C26781" w:rsidRPr="0009750D" w:rsidRDefault="0000000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OP_PRIORITY_5"/>
                <w:tag w:val="TOP_PRIORITY_5"/>
                <w:id w:val="300893207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</w:tbl>
    <w:p w14:paraId="1BFCC6CA" w14:textId="77777777" w:rsidR="00821934" w:rsidRDefault="0082193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27B90705" w14:textId="77777777">
        <w:trPr>
          <w:jc w:val="center"/>
        </w:trPr>
        <w:tc>
          <w:tcPr>
            <w:tcW w:w="10368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F2E6981" w14:textId="777AF187" w:rsidR="0009750D" w:rsidRDefault="0009750D">
            <w:pPr>
              <w:spacing w:after="0" w:line="240" w:lineRule="auto"/>
              <w:rPr>
                <w:b/>
                <w:color w:val="FFFFFF"/>
                <w:sz w:val="24"/>
              </w:rPr>
            </w:pPr>
          </w:p>
          <w:p w14:paraId="0D844E35" w14:textId="6F19E335" w:rsidR="00C26781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5. Learning Preferences &amp; Training Logistics</w:t>
            </w:r>
          </w:p>
        </w:tc>
      </w:tr>
    </w:tbl>
    <w:p w14:paraId="004F1466" w14:textId="77777777" w:rsidR="00C26781" w:rsidRDefault="00C26781">
      <w:pPr>
        <w:spacing w:after="0"/>
      </w:pPr>
    </w:p>
    <w:p w14:paraId="74CE4EC4" w14:textId="77777777" w:rsidR="00C26781" w:rsidRPr="0009750D" w:rsidRDefault="00000000">
      <w:pPr>
        <w:spacing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Preferred learning formats (check all that apply):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C26781" w:rsidRPr="0009750D" w14:paraId="114921CF" w14:textId="77777777">
        <w:tc>
          <w:tcPr>
            <w:tcW w:w="2592" w:type="dxa"/>
          </w:tcPr>
          <w:p w14:paraId="29B09A82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_INPERSON"/>
                <w:tag w:val="F_INPERSON"/>
                <w:id w:val="-157098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In-person classroom</w:t>
            </w:r>
          </w:p>
        </w:tc>
        <w:tc>
          <w:tcPr>
            <w:tcW w:w="2592" w:type="dxa"/>
          </w:tcPr>
          <w:p w14:paraId="77244544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_LIVEONLINE"/>
                <w:tag w:val="F_LIVEONLINE"/>
                <w:id w:val="1213143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Live online / virtual</w:t>
            </w:r>
          </w:p>
        </w:tc>
        <w:tc>
          <w:tcPr>
            <w:tcW w:w="2592" w:type="dxa"/>
          </w:tcPr>
          <w:p w14:paraId="45822BF4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_ONDEMAND"/>
                <w:tag w:val="F_ONDEMAND"/>
                <w:id w:val="193687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Self-paced online</w:t>
            </w:r>
          </w:p>
        </w:tc>
        <w:tc>
          <w:tcPr>
            <w:tcW w:w="2592" w:type="dxa"/>
          </w:tcPr>
          <w:p w14:paraId="2DDCF8FF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_HYBRID"/>
                <w:tag w:val="F_HYBRID"/>
                <w:id w:val="154651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Hybrid</w:t>
            </w:r>
          </w:p>
        </w:tc>
      </w:tr>
      <w:tr w:rsidR="00C26781" w:rsidRPr="0009750D" w14:paraId="692EC346" w14:textId="77777777">
        <w:tc>
          <w:tcPr>
            <w:tcW w:w="2592" w:type="dxa"/>
          </w:tcPr>
          <w:p w14:paraId="3DA2CD81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_CONFERENCE"/>
                <w:tag w:val="F_CONFERENCE"/>
                <w:id w:val="-73104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Conference / summit</w:t>
            </w:r>
          </w:p>
        </w:tc>
        <w:tc>
          <w:tcPr>
            <w:tcW w:w="2592" w:type="dxa"/>
          </w:tcPr>
          <w:p w14:paraId="29B29665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_WORKSHOP"/>
                <w:tag w:val="F_WORKSHOP"/>
                <w:id w:val="-1071047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Hands-on workshop</w:t>
            </w:r>
          </w:p>
        </w:tc>
        <w:tc>
          <w:tcPr>
            <w:tcW w:w="2592" w:type="dxa"/>
          </w:tcPr>
          <w:p w14:paraId="434073F0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_MENTOR"/>
                <w:tag w:val="F_MENTOR"/>
                <w:id w:val="-535088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Mentoring / coaching</w:t>
            </w:r>
          </w:p>
        </w:tc>
        <w:tc>
          <w:tcPr>
            <w:tcW w:w="2592" w:type="dxa"/>
          </w:tcPr>
          <w:p w14:paraId="1AAC9076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_NO_PREF"/>
                <w:tag w:val="F_NO_PREF"/>
                <w:id w:val="-42403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No preference</w:t>
            </w:r>
          </w:p>
        </w:tc>
      </w:tr>
    </w:tbl>
    <w:p w14:paraId="42064E6A" w14:textId="41E710C4" w:rsidR="00C26781" w:rsidRPr="0009750D" w:rsidRDefault="00000000">
      <w:pPr>
        <w:spacing w:before="120" w:after="40" w:line="240" w:lineRule="auto"/>
        <w:rPr>
          <w:sz w:val="24"/>
          <w:szCs w:val="24"/>
        </w:rPr>
      </w:pPr>
      <w:r w:rsidRPr="0009750D">
        <w:rPr>
          <w:b/>
          <w:color w:val="17365D"/>
          <w:sz w:val="24"/>
          <w:szCs w:val="24"/>
        </w:rPr>
        <w:t>How often would you like to participate in intentional professional development?</w:t>
      </w:r>
    </w:p>
    <w:tbl>
      <w:tblPr>
        <w:tblW w:w="0" w:type="auto"/>
        <w:tblInd w:w="-157" w:type="dxa"/>
        <w:tblLayout w:type="fixed"/>
        <w:tblLook w:val="04A0" w:firstRow="1" w:lastRow="0" w:firstColumn="1" w:lastColumn="0" w:noHBand="0" w:noVBand="1"/>
      </w:tblPr>
      <w:tblGrid>
        <w:gridCol w:w="175"/>
        <w:gridCol w:w="2574"/>
        <w:gridCol w:w="2592"/>
        <w:gridCol w:w="2592"/>
        <w:gridCol w:w="2406"/>
        <w:gridCol w:w="186"/>
      </w:tblGrid>
      <w:tr w:rsidR="00C26781" w:rsidRPr="0009750D" w14:paraId="525395BF" w14:textId="77777777" w:rsidTr="00821934">
        <w:trPr>
          <w:gridBefore w:val="1"/>
          <w:wBefore w:w="175" w:type="dxa"/>
        </w:trPr>
        <w:tc>
          <w:tcPr>
            <w:tcW w:w="2574" w:type="dxa"/>
          </w:tcPr>
          <w:p w14:paraId="06FB0743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R_WEEKLY"/>
                <w:tag w:val="FR_WEEKLY"/>
                <w:id w:val="-27054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Weekly micro-learning</w:t>
            </w:r>
          </w:p>
        </w:tc>
        <w:tc>
          <w:tcPr>
            <w:tcW w:w="2592" w:type="dxa"/>
          </w:tcPr>
          <w:p w14:paraId="67524524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R_MONTHLY"/>
                <w:tag w:val="FR_MONTHLY"/>
                <w:id w:val="-164853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Monthly</w:t>
            </w:r>
          </w:p>
        </w:tc>
        <w:tc>
          <w:tcPr>
            <w:tcW w:w="2592" w:type="dxa"/>
          </w:tcPr>
          <w:p w14:paraId="5A3371EF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R_BIMONTHLY"/>
                <w:tag w:val="FR_BIMONTHLY"/>
                <w:id w:val="157207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Every 2 months</w:t>
            </w:r>
          </w:p>
        </w:tc>
        <w:tc>
          <w:tcPr>
            <w:tcW w:w="2592" w:type="dxa"/>
            <w:gridSpan w:val="2"/>
          </w:tcPr>
          <w:p w14:paraId="02A6C155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R_QUARTERLY"/>
                <w:tag w:val="FR_QUARTERLY"/>
                <w:id w:val="-34085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Quarterly</w:t>
            </w:r>
          </w:p>
        </w:tc>
      </w:tr>
      <w:tr w:rsidR="00C26781" w:rsidRPr="0009750D" w14:paraId="40A01A2C" w14:textId="77777777" w:rsidTr="00821934">
        <w:trPr>
          <w:gridBefore w:val="1"/>
          <w:wBefore w:w="175" w:type="dxa"/>
        </w:trPr>
        <w:tc>
          <w:tcPr>
            <w:tcW w:w="2574" w:type="dxa"/>
          </w:tcPr>
          <w:p w14:paraId="6BA49F3F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R_2X"/>
                <w:tag w:val="FR_2X"/>
                <w:id w:val="8053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Twice per year</w:t>
            </w:r>
          </w:p>
        </w:tc>
        <w:tc>
          <w:tcPr>
            <w:tcW w:w="2592" w:type="dxa"/>
          </w:tcPr>
          <w:p w14:paraId="257E2315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R_ANNUAL"/>
                <w:tag w:val="FR_ANNUAL"/>
                <w:id w:val="-78878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Annually</w:t>
            </w:r>
          </w:p>
        </w:tc>
        <w:tc>
          <w:tcPr>
            <w:tcW w:w="2592" w:type="dxa"/>
          </w:tcPr>
          <w:p w14:paraId="7314A562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R_ASNEEDED"/>
                <w:tag w:val="FR_ASNEEDED"/>
                <w:id w:val="4946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As needed</w:t>
            </w:r>
          </w:p>
        </w:tc>
        <w:tc>
          <w:tcPr>
            <w:tcW w:w="2592" w:type="dxa"/>
            <w:gridSpan w:val="2"/>
          </w:tcPr>
          <w:p w14:paraId="7A1988C0" w14:textId="77777777" w:rsidR="00C26781" w:rsidRPr="0009750D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R_UNSURE"/>
                <w:tag w:val="FR_UNSURE"/>
                <w:id w:val="-169111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750D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09750D">
              <w:rPr>
                <w:color w:val="222222"/>
                <w:sz w:val="24"/>
                <w:szCs w:val="24"/>
              </w:rPr>
              <w:t>Not sure yet</w:t>
            </w:r>
          </w:p>
        </w:tc>
      </w:tr>
      <w:tr w:rsidR="00C26781" w:rsidRPr="0009750D" w14:paraId="606987F6" w14:textId="77777777" w:rsidTr="00821934">
        <w:tblPrEx>
          <w:jc w:val="center"/>
          <w:tblInd w:w="0" w:type="dxa"/>
        </w:tblPrEx>
        <w:trPr>
          <w:gridAfter w:val="1"/>
          <w:wAfter w:w="186" w:type="dxa"/>
          <w:jc w:val="center"/>
        </w:trPr>
        <w:tc>
          <w:tcPr>
            <w:tcW w:w="5341" w:type="dxa"/>
            <w:gridSpan w:val="3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18DD87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Preferred training days / times</w:t>
            </w:r>
          </w:p>
          <w:p w14:paraId="29F77230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REFERRED_DAYS_TIMES"/>
                <w:tag w:val="PREFERRED_DAYS_TIMES"/>
                <w:id w:val="1866324928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4998" w:type="dxa"/>
            <w:gridSpan w:val="2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E475BB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Maximum travel distance / region</w:t>
            </w:r>
          </w:p>
          <w:p w14:paraId="1B8535B1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RAVEL_RANGE"/>
                <w:tag w:val="TRAVEL_RANGE"/>
                <w:id w:val="-807936840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55BCC2C5" w14:textId="77777777" w:rsidTr="00821934">
        <w:tblPrEx>
          <w:jc w:val="center"/>
          <w:tblInd w:w="0" w:type="dxa"/>
        </w:tblPrEx>
        <w:trPr>
          <w:gridAfter w:val="1"/>
          <w:wAfter w:w="186" w:type="dxa"/>
          <w:jc w:val="center"/>
        </w:trPr>
        <w:tc>
          <w:tcPr>
            <w:tcW w:w="5341" w:type="dxa"/>
            <w:gridSpan w:val="3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91DF34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Approximate annual training budget (if known)</w:t>
            </w:r>
          </w:p>
          <w:p w14:paraId="362CAAE1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RAINING_BUDGET"/>
                <w:tag w:val="TRAINING_BUDGET"/>
                <w:id w:val="-297154793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4998" w:type="dxa"/>
            <w:gridSpan w:val="2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A43D2C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Agency reimbursement / funding limitations</w:t>
            </w:r>
          </w:p>
          <w:p w14:paraId="39CBAD1B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UNDING_LIMITS"/>
                <w:tag w:val="FUNDING_LIMITS"/>
                <w:id w:val="871340441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09750D" w14:paraId="21E6BC8A" w14:textId="77777777" w:rsidTr="00821934">
        <w:tblPrEx>
          <w:jc w:val="center"/>
          <w:tblInd w:w="0" w:type="dxa"/>
        </w:tblPrEx>
        <w:trPr>
          <w:gridAfter w:val="1"/>
          <w:wAfter w:w="186" w:type="dxa"/>
          <w:jc w:val="center"/>
        </w:trPr>
        <w:tc>
          <w:tcPr>
            <w:tcW w:w="5341" w:type="dxa"/>
            <w:gridSpan w:val="3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88D0DD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Training hours you would like to target per month or quarter</w:t>
            </w:r>
          </w:p>
          <w:p w14:paraId="2CC18B33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ARGET_HOURS"/>
                <w:tag w:val="TARGET_HOURS"/>
                <w:id w:val="-281497473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4998" w:type="dxa"/>
            <w:gridSpan w:val="2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05DFFF" w14:textId="77777777" w:rsidR="00C26781" w:rsidRPr="0009750D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09750D">
              <w:rPr>
                <w:b/>
                <w:color w:val="17365D"/>
                <w:sz w:val="24"/>
                <w:szCs w:val="24"/>
              </w:rPr>
              <w:t>Preferred start date for your development plan</w:t>
            </w:r>
          </w:p>
          <w:p w14:paraId="346F0384" w14:textId="77777777" w:rsidR="00C26781" w:rsidRPr="0009750D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LAN_START_DATE"/>
                <w:tag w:val="PLAN_START_DATE"/>
                <w:id w:val="1476250082"/>
                <w:text/>
              </w:sdtPr>
              <w:sdtContent>
                <w:r w:rsidRPr="0009750D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</w:tbl>
    <w:p w14:paraId="2BDBCEF4" w14:textId="051C2565" w:rsidR="00C26781" w:rsidRDefault="00C2678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7454E9E0" w14:textId="77777777">
        <w:trPr>
          <w:jc w:val="center"/>
        </w:trPr>
        <w:tc>
          <w:tcPr>
            <w:tcW w:w="10368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2A9F31CC" w14:textId="77777777" w:rsidR="00C26781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6. Barriers &amp; Support Needed</w:t>
            </w:r>
          </w:p>
          <w:p w14:paraId="384619B4" w14:textId="77777777" w:rsidR="00C26781" w:rsidRDefault="00000000">
            <w:pPr>
              <w:spacing w:after="0" w:line="240" w:lineRule="auto"/>
            </w:pPr>
            <w:r>
              <w:rPr>
                <w:i/>
                <w:color w:val="E7EDF4"/>
                <w:sz w:val="17"/>
              </w:rPr>
              <w:t>Understanding what gets in the way helps us create a plan that is realistic—not just ideal.</w:t>
            </w:r>
          </w:p>
        </w:tc>
      </w:tr>
    </w:tbl>
    <w:p w14:paraId="789D2E42" w14:textId="77777777" w:rsidR="00C26781" w:rsidRDefault="00C2678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C26781" w:rsidRPr="00821934" w14:paraId="01CB05DC" w14:textId="77777777">
        <w:tc>
          <w:tcPr>
            <w:tcW w:w="5184" w:type="dxa"/>
          </w:tcPr>
          <w:p w14:paraId="41048BCB" w14:textId="74FD3059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SCHEDULE"/>
                <w:tag w:val="B_SCHEDULE"/>
                <w:id w:val="177315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193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Shift / schedule conflicts</w:t>
            </w:r>
          </w:p>
        </w:tc>
        <w:tc>
          <w:tcPr>
            <w:tcW w:w="5184" w:type="dxa"/>
          </w:tcPr>
          <w:p w14:paraId="6673C149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STAFFING"/>
                <w:tag w:val="B_STAFFING"/>
                <w:id w:val="-167568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Staffing limitations</w:t>
            </w:r>
          </w:p>
        </w:tc>
      </w:tr>
      <w:tr w:rsidR="00C26781" w:rsidRPr="00821934" w14:paraId="230B39EE" w14:textId="77777777">
        <w:tc>
          <w:tcPr>
            <w:tcW w:w="5184" w:type="dxa"/>
          </w:tcPr>
          <w:p w14:paraId="64AC7175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BUDGET"/>
                <w:tag w:val="B_BUDGET"/>
                <w:id w:val="199951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Tuition / budget</w:t>
            </w:r>
          </w:p>
        </w:tc>
        <w:tc>
          <w:tcPr>
            <w:tcW w:w="5184" w:type="dxa"/>
          </w:tcPr>
          <w:p w14:paraId="4689799C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TRAVEL"/>
                <w:tag w:val="B_TRAVEL"/>
                <w:id w:val="-1003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Travel / lodging</w:t>
            </w:r>
          </w:p>
        </w:tc>
      </w:tr>
      <w:tr w:rsidR="00C26781" w:rsidRPr="00821934" w14:paraId="59EC0D58" w14:textId="77777777">
        <w:tc>
          <w:tcPr>
            <w:tcW w:w="5184" w:type="dxa"/>
          </w:tcPr>
          <w:p w14:paraId="00BA144A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APPROVAL"/>
                <w:tag w:val="B_APPROVAL"/>
                <w:id w:val="-133435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Supervisor / agency approval</w:t>
            </w:r>
          </w:p>
        </w:tc>
        <w:tc>
          <w:tcPr>
            <w:tcW w:w="5184" w:type="dxa"/>
          </w:tcPr>
          <w:p w14:paraId="7DA91087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AVAILABILITY"/>
                <w:tag w:val="B_AVAILABILITY"/>
                <w:id w:val="-1660986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Course availability</w:t>
            </w:r>
          </w:p>
        </w:tc>
      </w:tr>
      <w:tr w:rsidR="00C26781" w:rsidRPr="00821934" w14:paraId="5A7A8E8F" w14:textId="77777777">
        <w:tc>
          <w:tcPr>
            <w:tcW w:w="5184" w:type="dxa"/>
          </w:tcPr>
          <w:p w14:paraId="4FC8C98D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FAMILY"/>
                <w:tag w:val="B_FAMILY"/>
                <w:id w:val="-124813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Personal / family schedule</w:t>
            </w:r>
          </w:p>
        </w:tc>
        <w:tc>
          <w:tcPr>
            <w:tcW w:w="5184" w:type="dxa"/>
          </w:tcPr>
          <w:p w14:paraId="64E9053B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DIRECTION"/>
                <w:tag w:val="B_DIRECTION"/>
                <w:id w:val="-1836647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Unsure what training to prioritize</w:t>
            </w:r>
          </w:p>
        </w:tc>
      </w:tr>
      <w:tr w:rsidR="00C26781" w:rsidRPr="00821934" w14:paraId="14EDD839" w14:textId="77777777">
        <w:tc>
          <w:tcPr>
            <w:tcW w:w="5184" w:type="dxa"/>
          </w:tcPr>
          <w:p w14:paraId="2ABBF3E5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ACCESS"/>
                <w:tag w:val="B_ACCESS"/>
                <w:id w:val="1821992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Access to online technology / equipment</w:t>
            </w:r>
          </w:p>
        </w:tc>
        <w:tc>
          <w:tcPr>
            <w:tcW w:w="5184" w:type="dxa"/>
          </w:tcPr>
          <w:p w14:paraId="078859E8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B_NONE"/>
                <w:tag w:val="B_NONE"/>
                <w:id w:val="1607580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 xml:space="preserve">No major barriers </w:t>
            </w:r>
            <w:proofErr w:type="gramStart"/>
            <w:r w:rsidRPr="00821934">
              <w:rPr>
                <w:color w:val="222222"/>
                <w:sz w:val="24"/>
                <w:szCs w:val="24"/>
              </w:rPr>
              <w:t>at this time</w:t>
            </w:r>
            <w:proofErr w:type="gramEnd"/>
          </w:p>
        </w:tc>
      </w:tr>
    </w:tbl>
    <w:p w14:paraId="324E06FF" w14:textId="77777777" w:rsidR="00821934" w:rsidRDefault="00821934">
      <w:pPr>
        <w:spacing w:before="40" w:after="40" w:line="240" w:lineRule="auto"/>
        <w:rPr>
          <w:b/>
          <w:color w:val="17365D"/>
          <w:sz w:val="24"/>
          <w:szCs w:val="24"/>
        </w:rPr>
      </w:pPr>
    </w:p>
    <w:p w14:paraId="038CCC5E" w14:textId="53A9C095" w:rsidR="00C26781" w:rsidRPr="00821934" w:rsidRDefault="00000000">
      <w:pPr>
        <w:spacing w:before="40" w:after="40" w:line="240" w:lineRule="auto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Are there other barriers, restrictions, or circumstances we should consider when developing your plan?</w:t>
      </w:r>
    </w:p>
    <w:p w14:paraId="4B88D477" w14:textId="77777777" w:rsidR="00C26781" w:rsidRPr="00821934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OTHER_BARRIERS"/>
          <w:tag w:val="OTHER_BARRIERS"/>
          <w:id w:val="1142774978"/>
          <w:text/>
        </w:sdtPr>
        <w:sdtContent>
          <w:r w:rsidRPr="00821934">
            <w:rPr>
              <w:color w:val="666666"/>
              <w:sz w:val="24"/>
              <w:szCs w:val="24"/>
            </w:rPr>
            <w:t>Type here...</w:t>
          </w:r>
        </w:sdtContent>
      </w:sdt>
    </w:p>
    <w:p w14:paraId="5B4BBA69" w14:textId="77777777" w:rsidR="00C26781" w:rsidRPr="00821934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033B3E8A" w14:textId="77777777" w:rsidR="00C26781" w:rsidRPr="00821934" w:rsidRDefault="00000000">
      <w:pPr>
        <w:spacing w:before="40" w:after="40" w:line="240" w:lineRule="auto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What support from your supervisor, agency, mentor, or organization would help you follow through on your professional-development goals?</w:t>
      </w:r>
    </w:p>
    <w:p w14:paraId="12DAF94B" w14:textId="77777777" w:rsidR="00C26781" w:rsidRPr="00821934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SUPPORT_NEEDED"/>
          <w:tag w:val="SUPPORT_NEEDED"/>
          <w:id w:val="-948777967"/>
          <w:text/>
        </w:sdtPr>
        <w:sdtContent>
          <w:r w:rsidRPr="00821934">
            <w:rPr>
              <w:color w:val="666666"/>
              <w:sz w:val="24"/>
              <w:szCs w:val="24"/>
            </w:rPr>
            <w:t>Type here...</w:t>
          </w:r>
        </w:sdtContent>
      </w:sdt>
    </w:p>
    <w:p w14:paraId="759A7ED2" w14:textId="77777777" w:rsidR="00C26781" w:rsidRDefault="00C26781">
      <w:pPr>
        <w:pBdr>
          <w:bottom w:val="single" w:sz="4" w:space="1" w:color="B9C4CF"/>
        </w:pBdr>
        <w:spacing w:after="80" w:line="240" w:lineRule="auto"/>
      </w:pPr>
    </w:p>
    <w:p w14:paraId="219AA414" w14:textId="77777777" w:rsidR="00821934" w:rsidRDefault="0082193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7CC609CB" w14:textId="77777777">
        <w:trPr>
          <w:jc w:val="center"/>
        </w:trPr>
        <w:tc>
          <w:tcPr>
            <w:tcW w:w="10368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300478F" w14:textId="6C4120FE" w:rsidR="00C26781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7. Consultation Priorities</w:t>
            </w:r>
          </w:p>
        </w:tc>
      </w:tr>
    </w:tbl>
    <w:p w14:paraId="5472B093" w14:textId="77777777" w:rsidR="00C26781" w:rsidRDefault="00C26781">
      <w:pPr>
        <w:spacing w:after="0"/>
      </w:pPr>
    </w:p>
    <w:p w14:paraId="4EECCCBF" w14:textId="77777777" w:rsidR="00C26781" w:rsidRPr="00821934" w:rsidRDefault="00000000">
      <w:pPr>
        <w:spacing w:before="40" w:after="40" w:line="240" w:lineRule="auto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What are the three most important things you want to accomplish during your professional-development consultation?</w:t>
      </w:r>
    </w:p>
    <w:p w14:paraId="6D7790F4" w14:textId="77777777" w:rsidR="00C26781" w:rsidRPr="00821934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CONSULT_GOALS"/>
          <w:tag w:val="CONSULT_GOALS"/>
          <w:id w:val="244467053"/>
          <w:text/>
        </w:sdtPr>
        <w:sdtContent>
          <w:r w:rsidRPr="00821934">
            <w:rPr>
              <w:color w:val="666666"/>
              <w:sz w:val="24"/>
              <w:szCs w:val="24"/>
            </w:rPr>
            <w:t>Type here...</w:t>
          </w:r>
        </w:sdtContent>
      </w:sdt>
    </w:p>
    <w:p w14:paraId="1F00CB1E" w14:textId="77777777" w:rsidR="00C26781" w:rsidRPr="00821934" w:rsidRDefault="00C26781">
      <w:pPr>
        <w:spacing w:after="0" w:line="240" w:lineRule="auto"/>
        <w:rPr>
          <w:sz w:val="24"/>
          <w:szCs w:val="24"/>
        </w:rPr>
      </w:pPr>
    </w:p>
    <w:p w14:paraId="7C7CF5B7" w14:textId="77777777" w:rsidR="00C26781" w:rsidRPr="00821934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60EB7A0B" w14:textId="77777777" w:rsidR="00C26781" w:rsidRPr="00821934" w:rsidRDefault="00000000">
      <w:pPr>
        <w:spacing w:before="40" w:after="40" w:line="240" w:lineRule="auto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Are there specific courses, certifications, conferences, providers, or subject areas you are already considering?</w:t>
      </w:r>
    </w:p>
    <w:p w14:paraId="44B5EEE8" w14:textId="77777777" w:rsidR="00C26781" w:rsidRPr="00821934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CURRENT_INTERESTS"/>
          <w:tag w:val="CURRENT_INTERESTS"/>
          <w:id w:val="-924027816"/>
          <w:text/>
        </w:sdtPr>
        <w:sdtContent>
          <w:r w:rsidRPr="00821934">
            <w:rPr>
              <w:color w:val="666666"/>
              <w:sz w:val="24"/>
              <w:szCs w:val="24"/>
            </w:rPr>
            <w:t>Type here...</w:t>
          </w:r>
        </w:sdtContent>
      </w:sdt>
    </w:p>
    <w:p w14:paraId="129B1E3D" w14:textId="77777777" w:rsidR="00C26781" w:rsidRPr="00821934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63E3C979" w14:textId="77777777" w:rsidR="00C26781" w:rsidRPr="00821934" w:rsidRDefault="00000000">
      <w:pPr>
        <w:spacing w:before="40" w:after="40" w:line="240" w:lineRule="auto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What questions would you like us to answer during the consultation?</w:t>
      </w:r>
    </w:p>
    <w:p w14:paraId="34B51374" w14:textId="77777777" w:rsidR="00C26781" w:rsidRPr="00821934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CONSULT_QUESTIONS"/>
          <w:tag w:val="CONSULT_QUESTIONS"/>
          <w:id w:val="-1534258415"/>
          <w:text/>
        </w:sdtPr>
        <w:sdtContent>
          <w:r w:rsidRPr="00821934">
            <w:rPr>
              <w:color w:val="666666"/>
              <w:sz w:val="24"/>
              <w:szCs w:val="24"/>
            </w:rPr>
            <w:t>Type here...</w:t>
          </w:r>
        </w:sdtContent>
      </w:sdt>
    </w:p>
    <w:p w14:paraId="21B82395" w14:textId="77777777" w:rsidR="00C26781" w:rsidRPr="00821934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3039C7D2" w14:textId="77777777" w:rsidR="00C26781" w:rsidRPr="00821934" w:rsidRDefault="00000000">
      <w:pPr>
        <w:spacing w:before="100" w:after="40" w:line="240" w:lineRule="auto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Preferred consultation method: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682"/>
      </w:tblGrid>
      <w:tr w:rsidR="00C26781" w:rsidRPr="00821934" w14:paraId="1C4763FF" w14:textId="77777777" w:rsidTr="00821934">
        <w:tc>
          <w:tcPr>
            <w:tcW w:w="2592" w:type="dxa"/>
          </w:tcPr>
          <w:p w14:paraId="33B3A213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_PHONE"/>
                <w:tag w:val="C_PHONE"/>
                <w:id w:val="1181119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Phone</w:t>
            </w:r>
          </w:p>
        </w:tc>
        <w:tc>
          <w:tcPr>
            <w:tcW w:w="2592" w:type="dxa"/>
          </w:tcPr>
          <w:p w14:paraId="0D5D8421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_VIDEO"/>
                <w:tag w:val="C_VIDEO"/>
                <w:id w:val="-50175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Video conference</w:t>
            </w:r>
          </w:p>
        </w:tc>
        <w:tc>
          <w:tcPr>
            <w:tcW w:w="2592" w:type="dxa"/>
          </w:tcPr>
          <w:p w14:paraId="57A29591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_EITHER"/>
                <w:tag w:val="C_EITHER"/>
                <w:id w:val="134754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Either</w:t>
            </w:r>
          </w:p>
        </w:tc>
        <w:tc>
          <w:tcPr>
            <w:tcW w:w="2682" w:type="dxa"/>
          </w:tcPr>
          <w:p w14:paraId="1350C2A1" w14:textId="7777777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_OTHER"/>
                <w:tag w:val="C_OTHER"/>
                <w:id w:val="-989743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color w:val="222222"/>
                <w:sz w:val="24"/>
                <w:szCs w:val="24"/>
              </w:rPr>
              <w:t>Other</w:t>
            </w:r>
          </w:p>
        </w:tc>
      </w:tr>
      <w:tr w:rsidR="00C26781" w:rsidRPr="00821934" w14:paraId="3139C70F" w14:textId="77777777" w:rsidTr="00821934">
        <w:tc>
          <w:tcPr>
            <w:tcW w:w="5184" w:type="dxa"/>
            <w:gridSpan w:val="2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D3E861" w14:textId="77777777" w:rsidR="00C26781" w:rsidRPr="00821934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Best days for consultation</w:t>
            </w:r>
          </w:p>
          <w:p w14:paraId="5186BAA9" w14:textId="77777777" w:rsidR="00C26781" w:rsidRPr="00821934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ONSULT_DAYS"/>
                <w:tag w:val="CONSULT_DAYS"/>
                <w:id w:val="-1187600281"/>
                <w:text/>
              </w:sdtPr>
              <w:sdtContent>
                <w:r w:rsidRPr="00821934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5274" w:type="dxa"/>
            <w:gridSpan w:val="2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B3D51D" w14:textId="77777777" w:rsidR="00C26781" w:rsidRPr="00821934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Best times for consultation</w:t>
            </w:r>
          </w:p>
          <w:p w14:paraId="66038CB4" w14:textId="77777777" w:rsidR="00C26781" w:rsidRPr="00821934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ONSULT_TIMES"/>
                <w:tag w:val="CONSULT_TIMES"/>
                <w:id w:val="-614588968"/>
                <w:text/>
              </w:sdtPr>
              <w:sdtContent>
                <w:r w:rsidRPr="00821934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821934" w14:paraId="50995E9D" w14:textId="77777777" w:rsidTr="00821934">
        <w:tc>
          <w:tcPr>
            <w:tcW w:w="5184" w:type="dxa"/>
            <w:gridSpan w:val="2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9652FC" w14:textId="77777777" w:rsidR="00C26781" w:rsidRPr="00821934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Time zone</w:t>
            </w:r>
          </w:p>
          <w:p w14:paraId="71FA3A6D" w14:textId="77777777" w:rsidR="00C26781" w:rsidRPr="00821934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TIME_ZONE"/>
                <w:tag w:val="TIME_ZONE"/>
                <w:id w:val="961085560"/>
                <w:text/>
              </w:sdtPr>
              <w:sdtContent>
                <w:r w:rsidRPr="00821934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5274" w:type="dxa"/>
            <w:gridSpan w:val="2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A0603C" w14:textId="77777777" w:rsidR="00C26781" w:rsidRPr="00821934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Anything else we should know before the call?</w:t>
            </w:r>
          </w:p>
          <w:p w14:paraId="4E98A25B" w14:textId="77777777" w:rsidR="00C26781" w:rsidRPr="00821934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INAL_NOTE"/>
                <w:tag w:val="FINAL_NOTE"/>
                <w:id w:val="1239908907"/>
                <w:text/>
              </w:sdtPr>
              <w:sdtContent>
                <w:r w:rsidRPr="00821934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</w:tbl>
    <w:p w14:paraId="7E6B8805" w14:textId="77777777" w:rsidR="00821934" w:rsidRDefault="0082193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C26781" w14:paraId="7055E2FA" w14:textId="77777777">
        <w:trPr>
          <w:jc w:val="center"/>
        </w:trPr>
        <w:tc>
          <w:tcPr>
            <w:tcW w:w="10368" w:type="dxa"/>
            <w:tcBorders>
              <w:top w:val="single" w:sz="0" w:space="0" w:color="17365D"/>
              <w:left w:val="single" w:sz="0" w:space="0" w:color="17365D"/>
              <w:bottom w:val="single" w:sz="0" w:space="0" w:color="17365D"/>
              <w:right w:val="single" w:sz="0" w:space="0" w:color="17365D"/>
            </w:tcBorders>
            <w:shd w:val="clear" w:color="auto" w:fill="17365D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5503034" w14:textId="77777777" w:rsidR="00C26781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8. Personal Development Commitment</w:t>
            </w:r>
          </w:p>
        </w:tc>
      </w:tr>
    </w:tbl>
    <w:p w14:paraId="29F1717B" w14:textId="77777777" w:rsidR="00C26781" w:rsidRDefault="00C26781">
      <w:pPr>
        <w:spacing w:after="0"/>
      </w:pPr>
    </w:p>
    <w:p w14:paraId="2E9B3B73" w14:textId="77777777" w:rsidR="00C26781" w:rsidRPr="00821934" w:rsidRDefault="00000000">
      <w:pPr>
        <w:spacing w:before="40" w:after="40" w:line="240" w:lineRule="auto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Complete this statement: “Over the next year, I want to be more intentional about developing…”</w:t>
      </w:r>
    </w:p>
    <w:p w14:paraId="1444745C" w14:textId="77777777" w:rsidR="00C26781" w:rsidRPr="00821934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COMMITMENT_STATEMENT"/>
          <w:tag w:val="COMMITMENT_STATEMENT"/>
          <w:id w:val="59298373"/>
          <w:text/>
        </w:sdtPr>
        <w:sdtContent>
          <w:r w:rsidRPr="00821934">
            <w:rPr>
              <w:color w:val="666666"/>
              <w:sz w:val="24"/>
              <w:szCs w:val="24"/>
            </w:rPr>
            <w:t>Type here...</w:t>
          </w:r>
        </w:sdtContent>
      </w:sdt>
    </w:p>
    <w:p w14:paraId="2130AF23" w14:textId="77777777" w:rsidR="00C26781" w:rsidRPr="00821934" w:rsidRDefault="00C26781">
      <w:pPr>
        <w:spacing w:after="0" w:line="240" w:lineRule="auto"/>
        <w:rPr>
          <w:sz w:val="24"/>
          <w:szCs w:val="24"/>
        </w:rPr>
      </w:pPr>
    </w:p>
    <w:p w14:paraId="63BB90A7" w14:textId="77777777" w:rsidR="00C26781" w:rsidRPr="00821934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p w14:paraId="2DA946B0" w14:textId="77777777" w:rsidR="00C26781" w:rsidRPr="00821934" w:rsidRDefault="00000000">
      <w:pPr>
        <w:spacing w:before="40" w:after="40" w:line="240" w:lineRule="auto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What is one action you are willing to take within 30 days after your consultation?</w:t>
      </w:r>
    </w:p>
    <w:p w14:paraId="5209969E" w14:textId="77777777" w:rsidR="00C26781" w:rsidRPr="00821934" w:rsidRDefault="00000000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alias w:val="ACTION_30_DAYS"/>
          <w:tag w:val="ACTION_30_DAYS"/>
          <w:id w:val="40480230"/>
          <w:text/>
        </w:sdtPr>
        <w:sdtContent>
          <w:r w:rsidRPr="00821934">
            <w:rPr>
              <w:color w:val="666666"/>
              <w:sz w:val="24"/>
              <w:szCs w:val="24"/>
            </w:rPr>
            <w:t>Type here...</w:t>
          </w:r>
        </w:sdtContent>
      </w:sdt>
    </w:p>
    <w:p w14:paraId="54E40C94" w14:textId="77777777" w:rsidR="00C26781" w:rsidRPr="00821934" w:rsidRDefault="00C26781">
      <w:pPr>
        <w:pBdr>
          <w:bottom w:val="single" w:sz="4" w:space="1" w:color="B9C4CF"/>
        </w:pBdr>
        <w:spacing w:after="80" w:line="240" w:lineRule="auto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C26781" w:rsidRPr="00821934" w14:paraId="344A92A9" w14:textId="77777777">
        <w:trPr>
          <w:jc w:val="center"/>
        </w:trPr>
        <w:tc>
          <w:tcPr>
            <w:tcW w:w="10368" w:type="dxa"/>
            <w:tcBorders>
              <w:top w:val="single" w:sz="6" w:space="0" w:color="D8AAB3"/>
              <w:left w:val="single" w:sz="6" w:space="0" w:color="D8AAB3"/>
              <w:bottom w:val="single" w:sz="6" w:space="0" w:color="D8AAB3"/>
              <w:right w:val="single" w:sz="6" w:space="0" w:color="D8AAB3"/>
            </w:tcBorders>
            <w:shd w:val="clear" w:color="auto" w:fill="F8ECE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BC37A28" w14:textId="24FBF067" w:rsidR="00C26781" w:rsidRPr="00821934" w:rsidRDefault="00000000">
            <w:pPr>
              <w:spacing w:after="8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B21E35"/>
                <w:sz w:val="24"/>
                <w:szCs w:val="24"/>
              </w:rPr>
              <w:t xml:space="preserve">Planning Acknowledgment </w:t>
            </w:r>
          </w:p>
          <w:p w14:paraId="25323C0E" w14:textId="4485183E" w:rsidR="00C26781" w:rsidRPr="00821934" w:rsidRDefault="00000000">
            <w:pPr>
              <w:spacing w:after="80" w:line="240" w:lineRule="auto"/>
              <w:rPr>
                <w:sz w:val="24"/>
                <w:szCs w:val="24"/>
              </w:rPr>
            </w:pPr>
            <w:r w:rsidRPr="00821934">
              <w:rPr>
                <w:color w:val="222222"/>
                <w:sz w:val="24"/>
                <w:szCs w:val="24"/>
              </w:rPr>
              <w:t>I understand that Texas Police Trainers will use the information I provide, including</w:t>
            </w:r>
            <w:r w:rsidR="007B7A88" w:rsidRPr="00821934">
              <w:rPr>
                <w:color w:val="222222"/>
                <w:sz w:val="24"/>
                <w:szCs w:val="24"/>
              </w:rPr>
              <w:t xml:space="preserve"> my</w:t>
            </w:r>
            <w:r w:rsidRPr="00821934">
              <w:rPr>
                <w:color w:val="222222"/>
                <w:sz w:val="24"/>
                <w:szCs w:val="24"/>
              </w:rPr>
              <w:t xml:space="preserve"> TCOLE PSR  to support </w:t>
            </w:r>
            <w:r w:rsidR="00821934" w:rsidRPr="00821934">
              <w:rPr>
                <w:color w:val="222222"/>
                <w:sz w:val="24"/>
                <w:szCs w:val="24"/>
              </w:rPr>
              <w:t>professional development</w:t>
            </w:r>
            <w:r w:rsidRPr="00821934">
              <w:rPr>
                <w:color w:val="222222"/>
                <w:sz w:val="24"/>
                <w:szCs w:val="24"/>
              </w:rPr>
              <w:t xml:space="preserve"> planning and training recommendations. Recommendations are advisory and do not replace my agency’s policies, supervisory direction, or my responsibility to verify current TCOLE licensing, training, and continuing-education requirements.</w:t>
            </w:r>
          </w:p>
          <w:p w14:paraId="1336B1AA" w14:textId="061D3A87" w:rsidR="00C26781" w:rsidRPr="00821934" w:rsidRDefault="00000000">
            <w:pPr>
              <w:spacing w:after="2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ACKNOWLEDGE"/>
                <w:tag w:val="ACKNOWLEDGE"/>
                <w:id w:val="-120676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21934">
                  <w:rPr>
                    <w:rFonts w:ascii="MS Gothic" w:hAnsi="MS Gothic"/>
                    <w:sz w:val="24"/>
                    <w:szCs w:val="24"/>
                  </w:rPr>
                  <w:t>☐</w:t>
                </w:r>
              </w:sdtContent>
            </w:sdt>
            <w:r w:rsidRPr="00821934">
              <w:rPr>
                <w:b/>
                <w:color w:val="222222"/>
                <w:sz w:val="24"/>
                <w:szCs w:val="24"/>
              </w:rPr>
              <w:t xml:space="preserve">I have reviewed the information above and am ready to discuss my </w:t>
            </w:r>
            <w:r w:rsidR="00821934" w:rsidRPr="00821934">
              <w:rPr>
                <w:b/>
                <w:color w:val="222222"/>
                <w:sz w:val="24"/>
                <w:szCs w:val="24"/>
              </w:rPr>
              <w:t>professional development</w:t>
            </w:r>
            <w:r w:rsidRPr="00821934">
              <w:rPr>
                <w:b/>
                <w:color w:val="222222"/>
                <w:sz w:val="24"/>
                <w:szCs w:val="24"/>
              </w:rPr>
              <w:t xml:space="preserve"> goals.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C26781" w:rsidRPr="00821934" w14:paraId="7B14620C" w14:textId="77777777">
        <w:trPr>
          <w:jc w:val="center"/>
        </w:trPr>
        <w:tc>
          <w:tcPr>
            <w:tcW w:w="5184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E9374F" w14:textId="77777777" w:rsidR="00C26781" w:rsidRPr="00821934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Participant Name</w:t>
            </w:r>
          </w:p>
          <w:p w14:paraId="2CFBAA57" w14:textId="77777777" w:rsidR="00C26781" w:rsidRPr="00821934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ACK_NAME"/>
                <w:tag w:val="ACK_NAME"/>
                <w:id w:val="-1351790493"/>
                <w:text/>
              </w:sdtPr>
              <w:sdtContent>
                <w:r w:rsidRPr="00821934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5184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C2A0E0" w14:textId="77777777" w:rsidR="00C26781" w:rsidRPr="00821934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Date</w:t>
            </w:r>
          </w:p>
          <w:p w14:paraId="3EA27FFA" w14:textId="77777777" w:rsidR="00C26781" w:rsidRPr="00821934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ACK_DATE"/>
                <w:tag w:val="ACK_DATE"/>
                <w:id w:val="1189494202"/>
                <w:text/>
              </w:sdtPr>
              <w:sdtContent>
                <w:r w:rsidRPr="00821934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  <w:tr w:rsidR="00C26781" w:rsidRPr="00821934" w14:paraId="678BC977" w14:textId="77777777">
        <w:trPr>
          <w:jc w:val="center"/>
        </w:trPr>
        <w:tc>
          <w:tcPr>
            <w:tcW w:w="5184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026A75" w14:textId="77777777" w:rsidR="00C26781" w:rsidRPr="00821934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Preferred follow-up email</w:t>
            </w:r>
          </w:p>
          <w:p w14:paraId="6FBAED55" w14:textId="77777777" w:rsidR="00C26781" w:rsidRPr="00821934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OLLOWUP_EMAIL"/>
                <w:tag w:val="FOLLOWUP_EMAIL"/>
                <w:id w:val="1472482240"/>
                <w:text/>
              </w:sdtPr>
              <w:sdtContent>
                <w:r w:rsidRPr="00821934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  <w:tc>
          <w:tcPr>
            <w:tcW w:w="5184" w:type="dxa"/>
            <w:tcBorders>
              <w:top w:val="single" w:sz="4" w:space="0" w:color="B9C4CF"/>
              <w:left w:val="single" w:sz="4" w:space="0" w:color="B9C4CF"/>
              <w:bottom w:val="single" w:sz="4" w:space="0" w:color="B9C4CF"/>
              <w:right w:val="single" w:sz="4" w:space="0" w:color="B9C4CF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2FC61E" w14:textId="77777777" w:rsidR="00C26781" w:rsidRPr="00821934" w:rsidRDefault="00000000">
            <w:pPr>
              <w:spacing w:after="40" w:line="240" w:lineRule="auto"/>
              <w:rPr>
                <w:sz w:val="24"/>
                <w:szCs w:val="24"/>
              </w:rPr>
            </w:pPr>
            <w:r w:rsidRPr="00821934">
              <w:rPr>
                <w:b/>
                <w:color w:val="17365D"/>
                <w:sz w:val="24"/>
                <w:szCs w:val="24"/>
              </w:rPr>
              <w:t>Preferred follow-up phone</w:t>
            </w:r>
          </w:p>
          <w:p w14:paraId="50D070FF" w14:textId="77777777" w:rsidR="00C26781" w:rsidRPr="00821934" w:rsidRDefault="00000000">
            <w:pPr>
              <w:spacing w:after="0" w:line="24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OLLOWUP_PHONE"/>
                <w:tag w:val="FOLLOWUP_PHONE"/>
                <w:id w:val="1757704972"/>
                <w:text/>
              </w:sdtPr>
              <w:sdtContent>
                <w:r w:rsidRPr="00821934">
                  <w:rPr>
                    <w:color w:val="666666"/>
                    <w:sz w:val="24"/>
                    <w:szCs w:val="24"/>
                  </w:rPr>
                  <w:t>Type here...</w:t>
                </w:r>
              </w:sdtContent>
            </w:sdt>
          </w:p>
        </w:tc>
      </w:tr>
    </w:tbl>
    <w:p w14:paraId="6A522763" w14:textId="77777777" w:rsidR="00821934" w:rsidRDefault="00821934" w:rsidP="004F3788">
      <w:pPr>
        <w:spacing w:before="180" w:after="0" w:line="240" w:lineRule="auto"/>
        <w:rPr>
          <w:b/>
          <w:color w:val="17365D"/>
          <w:sz w:val="24"/>
          <w:szCs w:val="24"/>
        </w:rPr>
      </w:pPr>
    </w:p>
    <w:p w14:paraId="32AA671D" w14:textId="2D941525" w:rsidR="004F3788" w:rsidRDefault="004F3788" w:rsidP="004F3788">
      <w:pPr>
        <w:spacing w:before="180" w:after="0" w:line="240" w:lineRule="auto"/>
        <w:rPr>
          <w:b/>
          <w:color w:val="17365D"/>
          <w:sz w:val="24"/>
          <w:szCs w:val="24"/>
        </w:rPr>
      </w:pPr>
      <w:r>
        <w:rPr>
          <w:b/>
          <w:color w:val="17365D"/>
          <w:sz w:val="24"/>
          <w:szCs w:val="24"/>
        </w:rPr>
        <w:t xml:space="preserve">Once you complete the questionnaire email it to </w:t>
      </w:r>
      <w:hyperlink r:id="rId8" w:history="1">
        <w:r w:rsidRPr="00F44354">
          <w:rPr>
            <w:rStyle w:val="Hyperlink"/>
            <w:b/>
            <w:sz w:val="24"/>
            <w:szCs w:val="24"/>
          </w:rPr>
          <w:t>texaspolicetrainers@yahoo.com</w:t>
        </w:r>
      </w:hyperlink>
      <w:r>
        <w:rPr>
          <w:b/>
          <w:color w:val="17365D"/>
          <w:sz w:val="24"/>
          <w:szCs w:val="24"/>
        </w:rPr>
        <w:t xml:space="preserve">, then </w:t>
      </w:r>
      <w:hyperlink r:id="rId9" w:history="1">
        <w:r w:rsidRPr="002A2C7B">
          <w:rPr>
            <w:rStyle w:val="Hyperlink"/>
            <w:b/>
            <w:sz w:val="24"/>
            <w:szCs w:val="24"/>
          </w:rPr>
          <w:t xml:space="preserve">click </w:t>
        </w:r>
        <w:r w:rsidR="002A2C7B" w:rsidRPr="002A2C7B">
          <w:rPr>
            <w:rStyle w:val="Hyperlink"/>
            <w:b/>
            <w:sz w:val="24"/>
            <w:szCs w:val="24"/>
          </w:rPr>
          <w:t>here</w:t>
        </w:r>
      </w:hyperlink>
      <w:r w:rsidR="002A2C7B">
        <w:rPr>
          <w:b/>
          <w:color w:val="17365D"/>
          <w:sz w:val="24"/>
          <w:szCs w:val="24"/>
        </w:rPr>
        <w:t xml:space="preserve"> </w:t>
      </w:r>
      <w:r>
        <w:rPr>
          <w:b/>
          <w:color w:val="17365D"/>
          <w:sz w:val="24"/>
          <w:szCs w:val="24"/>
        </w:rPr>
        <w:t xml:space="preserve"> to pay the $5.00 consultation processing fee.</w:t>
      </w:r>
    </w:p>
    <w:p w14:paraId="245C18B7" w14:textId="77777777" w:rsidR="004F3788" w:rsidRDefault="004F3788" w:rsidP="004F3788">
      <w:pPr>
        <w:spacing w:before="180" w:after="0" w:line="240" w:lineRule="auto"/>
        <w:rPr>
          <w:b/>
          <w:color w:val="17365D"/>
          <w:sz w:val="24"/>
          <w:szCs w:val="24"/>
        </w:rPr>
      </w:pPr>
    </w:p>
    <w:p w14:paraId="78BCCA78" w14:textId="00341D3C" w:rsidR="00C26781" w:rsidRPr="00821934" w:rsidRDefault="00000000">
      <w:pPr>
        <w:spacing w:before="180" w:after="0" w:line="240" w:lineRule="auto"/>
        <w:jc w:val="center"/>
        <w:rPr>
          <w:sz w:val="24"/>
          <w:szCs w:val="24"/>
        </w:rPr>
      </w:pPr>
      <w:r w:rsidRPr="00821934">
        <w:rPr>
          <w:b/>
          <w:color w:val="17365D"/>
          <w:sz w:val="24"/>
          <w:szCs w:val="24"/>
        </w:rPr>
        <w:t>Thank you for investing intentionally in your professional development.</w:t>
      </w:r>
    </w:p>
    <w:p w14:paraId="7DB0618A" w14:textId="77777777" w:rsidR="00C26781" w:rsidRDefault="00000000">
      <w:pPr>
        <w:spacing w:after="0" w:line="240" w:lineRule="auto"/>
        <w:jc w:val="center"/>
        <w:rPr>
          <w:color w:val="666666"/>
          <w:sz w:val="24"/>
          <w:szCs w:val="24"/>
        </w:rPr>
      </w:pPr>
      <w:r w:rsidRPr="00821934">
        <w:rPr>
          <w:color w:val="666666"/>
          <w:sz w:val="24"/>
          <w:szCs w:val="24"/>
        </w:rPr>
        <w:t>Texas Police Trainers LLC  |  texaspolicetrainers.com</w:t>
      </w:r>
    </w:p>
    <w:p w14:paraId="337FA5E4" w14:textId="77777777" w:rsidR="00821934" w:rsidRPr="00821934" w:rsidRDefault="00821934" w:rsidP="00821934">
      <w:pPr>
        <w:rPr>
          <w:sz w:val="24"/>
          <w:szCs w:val="24"/>
        </w:rPr>
      </w:pPr>
    </w:p>
    <w:p w14:paraId="3A1C327A" w14:textId="77777777" w:rsidR="00821934" w:rsidRPr="00821934" w:rsidRDefault="00821934" w:rsidP="00821934">
      <w:pPr>
        <w:rPr>
          <w:sz w:val="24"/>
          <w:szCs w:val="24"/>
        </w:rPr>
      </w:pPr>
    </w:p>
    <w:p w14:paraId="553EDE43" w14:textId="77777777" w:rsidR="00821934" w:rsidRPr="00821934" w:rsidRDefault="00821934" w:rsidP="00821934">
      <w:pPr>
        <w:rPr>
          <w:sz w:val="24"/>
          <w:szCs w:val="24"/>
        </w:rPr>
      </w:pPr>
    </w:p>
    <w:p w14:paraId="5333F03C" w14:textId="77777777" w:rsidR="00821934" w:rsidRPr="00821934" w:rsidRDefault="00821934" w:rsidP="00821934">
      <w:pPr>
        <w:rPr>
          <w:sz w:val="24"/>
          <w:szCs w:val="24"/>
        </w:rPr>
      </w:pPr>
    </w:p>
    <w:p w14:paraId="6D3A9B45" w14:textId="77777777" w:rsidR="00821934" w:rsidRPr="00821934" w:rsidRDefault="00821934" w:rsidP="00821934">
      <w:pPr>
        <w:rPr>
          <w:sz w:val="24"/>
          <w:szCs w:val="24"/>
        </w:rPr>
      </w:pPr>
    </w:p>
    <w:p w14:paraId="151120D9" w14:textId="77777777" w:rsidR="00821934" w:rsidRPr="00821934" w:rsidRDefault="00821934" w:rsidP="00821934">
      <w:pPr>
        <w:rPr>
          <w:sz w:val="24"/>
          <w:szCs w:val="24"/>
        </w:rPr>
      </w:pPr>
    </w:p>
    <w:p w14:paraId="437FF6FD" w14:textId="77777777" w:rsidR="00821934" w:rsidRPr="00821934" w:rsidRDefault="00821934" w:rsidP="00821934">
      <w:pPr>
        <w:rPr>
          <w:sz w:val="24"/>
          <w:szCs w:val="24"/>
        </w:rPr>
      </w:pPr>
    </w:p>
    <w:p w14:paraId="05696E08" w14:textId="77777777" w:rsidR="00821934" w:rsidRPr="00821934" w:rsidRDefault="00821934" w:rsidP="00821934">
      <w:pPr>
        <w:rPr>
          <w:sz w:val="24"/>
          <w:szCs w:val="24"/>
        </w:rPr>
      </w:pPr>
    </w:p>
    <w:p w14:paraId="27858688" w14:textId="5679DA89" w:rsidR="00821934" w:rsidRPr="00821934" w:rsidRDefault="00821934" w:rsidP="00821934">
      <w:pPr>
        <w:rPr>
          <w:sz w:val="24"/>
          <w:szCs w:val="24"/>
        </w:rPr>
      </w:pPr>
    </w:p>
    <w:p w14:paraId="78E01C60" w14:textId="77777777" w:rsidR="00821934" w:rsidRPr="00821934" w:rsidRDefault="00821934" w:rsidP="00821934">
      <w:pPr>
        <w:rPr>
          <w:sz w:val="24"/>
          <w:szCs w:val="24"/>
        </w:rPr>
      </w:pPr>
    </w:p>
    <w:p w14:paraId="46F7912F" w14:textId="77777777" w:rsidR="00821934" w:rsidRPr="00821934" w:rsidRDefault="00821934" w:rsidP="00821934">
      <w:pPr>
        <w:rPr>
          <w:sz w:val="24"/>
          <w:szCs w:val="24"/>
        </w:rPr>
      </w:pPr>
    </w:p>
    <w:p w14:paraId="150E1465" w14:textId="77777777" w:rsidR="00821934" w:rsidRPr="00821934" w:rsidRDefault="00821934" w:rsidP="00821934">
      <w:pPr>
        <w:rPr>
          <w:sz w:val="24"/>
          <w:szCs w:val="24"/>
        </w:rPr>
      </w:pPr>
    </w:p>
    <w:p w14:paraId="709FFFF4" w14:textId="452B1798" w:rsidR="00821934" w:rsidRPr="00821934" w:rsidRDefault="00821934" w:rsidP="00821934">
      <w:pPr>
        <w:tabs>
          <w:tab w:val="left" w:pos="46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821934" w:rsidRPr="00821934" w:rsidSect="00034616">
      <w:headerReference w:type="default" r:id="rId10"/>
      <w:footerReference w:type="default" r:id="rId11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2B196" w14:textId="77777777" w:rsidR="0065785E" w:rsidRDefault="0065785E">
      <w:pPr>
        <w:spacing w:after="0" w:line="240" w:lineRule="auto"/>
      </w:pPr>
      <w:r>
        <w:separator/>
      </w:r>
    </w:p>
  </w:endnote>
  <w:endnote w:type="continuationSeparator" w:id="0">
    <w:p w14:paraId="4399A503" w14:textId="77777777" w:rsidR="0065785E" w:rsidRDefault="0065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4711" w14:textId="77777777" w:rsidR="00C26781" w:rsidRPr="00821934" w:rsidRDefault="00000000">
    <w:pPr>
      <w:pStyle w:val="Footer"/>
      <w:jc w:val="center"/>
      <w:rPr>
        <w:szCs w:val="20"/>
      </w:rPr>
    </w:pPr>
    <w:r w:rsidRPr="00821934">
      <w:rPr>
        <w:color w:val="666666"/>
        <w:szCs w:val="20"/>
      </w:rPr>
      <w:t>Professional Development Planning Questionnaire  •  TexasPoliceTrainers.com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8618B" w14:textId="77777777" w:rsidR="0065785E" w:rsidRDefault="0065785E">
      <w:pPr>
        <w:spacing w:after="0" w:line="240" w:lineRule="auto"/>
      </w:pPr>
      <w:r>
        <w:separator/>
      </w:r>
    </w:p>
  </w:footnote>
  <w:footnote w:type="continuationSeparator" w:id="0">
    <w:p w14:paraId="565C743F" w14:textId="77777777" w:rsidR="0065785E" w:rsidRDefault="00657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2904" w14:textId="28A08AF9" w:rsidR="00C26781" w:rsidRPr="00821934" w:rsidRDefault="00000000">
    <w:pPr>
      <w:pStyle w:val="Header"/>
      <w:jc w:val="right"/>
      <w:rPr>
        <w:szCs w:val="20"/>
      </w:rPr>
    </w:pPr>
    <w:r w:rsidRPr="00821934">
      <w:rPr>
        <w:b/>
        <w:color w:val="17365D"/>
        <w:szCs w:val="20"/>
      </w:rPr>
      <w:t xml:space="preserve">TEXAS POLICE TRAINERS LLC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370759">
    <w:abstractNumId w:val="8"/>
  </w:num>
  <w:num w:numId="2" w16cid:durableId="205678862">
    <w:abstractNumId w:val="6"/>
  </w:num>
  <w:num w:numId="3" w16cid:durableId="438986615">
    <w:abstractNumId w:val="5"/>
  </w:num>
  <w:num w:numId="4" w16cid:durableId="137187596">
    <w:abstractNumId w:val="4"/>
  </w:num>
  <w:num w:numId="5" w16cid:durableId="649286414">
    <w:abstractNumId w:val="7"/>
  </w:num>
  <w:num w:numId="6" w16cid:durableId="776094824">
    <w:abstractNumId w:val="3"/>
  </w:num>
  <w:num w:numId="7" w16cid:durableId="1995988849">
    <w:abstractNumId w:val="2"/>
  </w:num>
  <w:num w:numId="8" w16cid:durableId="1285848946">
    <w:abstractNumId w:val="1"/>
  </w:num>
  <w:num w:numId="9" w16cid:durableId="1928728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50D"/>
    <w:rsid w:val="0015074B"/>
    <w:rsid w:val="0029639D"/>
    <w:rsid w:val="002A2C7B"/>
    <w:rsid w:val="00326F90"/>
    <w:rsid w:val="004F3788"/>
    <w:rsid w:val="0065785E"/>
    <w:rsid w:val="00790FE7"/>
    <w:rsid w:val="007B7A88"/>
    <w:rsid w:val="00821934"/>
    <w:rsid w:val="00AA1D8D"/>
    <w:rsid w:val="00B47730"/>
    <w:rsid w:val="00C26781"/>
    <w:rsid w:val="00CB0664"/>
    <w:rsid w:val="00D35E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294671"/>
  <w14:defaultImageDpi w14:val="300"/>
  <w15:docId w15:val="{35554B7E-B556-47BE-8B69-4DA1CDC4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F37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xaspolicetrainers@yaho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heckout.square.site/merchant/DTKDV40S2E9FA/checkout/DAIZT3U3GF52MMTQS33G2CY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Janice Washington</cp:lastModifiedBy>
  <cp:revision>3</cp:revision>
  <dcterms:created xsi:type="dcterms:W3CDTF">2026-09-27T16:13:00Z</dcterms:created>
  <dcterms:modified xsi:type="dcterms:W3CDTF">2026-09-27T17:31:00Z</dcterms:modified>
  <cp:category/>
</cp:coreProperties>
</file>